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41694" w14:textId="77777777" w:rsidR="001E5C51" w:rsidRPr="00DD67C6" w:rsidRDefault="00000000">
      <w:pPr>
        <w:spacing w:after="40"/>
        <w:jc w:val="center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sz w:val="28"/>
          <w:lang w:val="hu-HU"/>
        </w:rPr>
        <w:t>Kommunikációs megállapodás</w:t>
      </w:r>
    </w:p>
    <w:p w14:paraId="1222F0B4" w14:textId="379DE979" w:rsidR="001E5C51" w:rsidRPr="00DD67C6" w:rsidRDefault="00000000">
      <w:pPr>
        <w:spacing w:after="280"/>
        <w:jc w:val="center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sz w:val="24"/>
          <w:lang w:val="hu-HU"/>
        </w:rPr>
        <w:t>az MCSZ Élsport Program</w:t>
      </w:r>
      <w:r w:rsidR="00470366">
        <w:rPr>
          <w:rFonts w:asciiTheme="majorHAnsi" w:eastAsia="Arial" w:hAnsiTheme="majorHAnsi" w:cstheme="majorHAnsi"/>
          <w:b/>
          <w:sz w:val="24"/>
          <w:lang w:val="hu-HU"/>
        </w:rPr>
        <w:t xml:space="preserve"> 2026-2030</w:t>
      </w:r>
      <w:r w:rsidRPr="00DD67C6">
        <w:rPr>
          <w:rFonts w:asciiTheme="majorHAnsi" w:eastAsia="Arial" w:hAnsiTheme="majorHAnsi" w:cstheme="majorHAnsi"/>
          <w:b/>
          <w:sz w:val="24"/>
          <w:lang w:val="hu-HU"/>
        </w:rPr>
        <w:t xml:space="preserve"> keretében nyújtott támogatáshoz</w:t>
      </w:r>
    </w:p>
    <w:p w14:paraId="6178E110" w14:textId="77777777" w:rsidR="001E5C51" w:rsidRPr="00DD67C6" w:rsidRDefault="00000000">
      <w:pPr>
        <w:spacing w:after="160" w:line="240" w:lineRule="auto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lang w:val="hu-HU"/>
        </w:rPr>
        <w:t>A jelen megállapodás létrejött egyrészről</w:t>
      </w:r>
    </w:p>
    <w:p w14:paraId="755EFB13" w14:textId="77777777" w:rsidR="001E5C51" w:rsidRPr="00DD67C6" w:rsidRDefault="00000000">
      <w:pPr>
        <w:spacing w:after="20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>Sportoló 1:</w:t>
      </w:r>
    </w:p>
    <w:p w14:paraId="57D3070E" w14:textId="5C496E73" w:rsidR="001E5C51" w:rsidRPr="00DD67C6" w:rsidRDefault="00000000">
      <w:pPr>
        <w:spacing w:after="100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lang w:val="hu-HU"/>
        </w:rPr>
        <w:t xml:space="preserve">_________________ (születési hely, idő: ______________; anyja </w:t>
      </w:r>
      <w:r w:rsidR="00DF6169" w:rsidRPr="00DD67C6">
        <w:rPr>
          <w:rFonts w:asciiTheme="majorHAnsi" w:eastAsia="Arial" w:hAnsiTheme="majorHAnsi" w:cstheme="majorHAnsi"/>
          <w:lang w:val="hu-HU"/>
        </w:rPr>
        <w:t xml:space="preserve">leánykori </w:t>
      </w:r>
      <w:r w:rsidRPr="00DD67C6">
        <w:rPr>
          <w:rFonts w:asciiTheme="majorHAnsi" w:eastAsia="Arial" w:hAnsiTheme="majorHAnsi" w:cstheme="majorHAnsi"/>
          <w:lang w:val="hu-HU"/>
        </w:rPr>
        <w:t>neve: __________; lakcím: ________________________________), és</w:t>
      </w:r>
    </w:p>
    <w:p w14:paraId="55C2875D" w14:textId="77777777" w:rsidR="001E5C51" w:rsidRPr="00DD67C6" w:rsidRDefault="00000000">
      <w:pPr>
        <w:spacing w:after="20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>Sportoló 2:</w:t>
      </w:r>
    </w:p>
    <w:p w14:paraId="22CFEE7A" w14:textId="7C3A18E9" w:rsidR="001E5C51" w:rsidRPr="00DD67C6" w:rsidRDefault="00000000">
      <w:pPr>
        <w:spacing w:after="100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lang w:val="hu-HU"/>
        </w:rPr>
        <w:t xml:space="preserve">_________________ (születési hely, idő: ______________; anyja </w:t>
      </w:r>
      <w:r w:rsidR="00DF6169" w:rsidRPr="00DD67C6">
        <w:rPr>
          <w:rFonts w:asciiTheme="majorHAnsi" w:eastAsia="Arial" w:hAnsiTheme="majorHAnsi" w:cstheme="majorHAnsi"/>
          <w:lang w:val="hu-HU"/>
        </w:rPr>
        <w:t xml:space="preserve">leánykori </w:t>
      </w:r>
      <w:r w:rsidRPr="00DD67C6">
        <w:rPr>
          <w:rFonts w:asciiTheme="majorHAnsi" w:eastAsia="Arial" w:hAnsiTheme="majorHAnsi" w:cstheme="majorHAnsi"/>
          <w:lang w:val="hu-HU"/>
        </w:rPr>
        <w:t>neve: __________; lakcím: ________________________________), és</w:t>
      </w:r>
    </w:p>
    <w:p w14:paraId="1DFC832F" w14:textId="038B2E7F" w:rsidR="001E5C51" w:rsidRPr="00DD67C6" w:rsidRDefault="00000000">
      <w:pPr>
        <w:spacing w:after="20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>Edző</w:t>
      </w:r>
      <w:r w:rsidR="00B8121A" w:rsidRPr="00DD67C6">
        <w:rPr>
          <w:rFonts w:asciiTheme="majorHAnsi" w:eastAsia="Arial" w:hAnsiTheme="majorHAnsi" w:cstheme="majorHAnsi"/>
          <w:b/>
          <w:lang w:val="hu-HU"/>
        </w:rPr>
        <w:t xml:space="preserve"> 1</w:t>
      </w:r>
      <w:r w:rsidRPr="00DD67C6">
        <w:rPr>
          <w:rFonts w:asciiTheme="majorHAnsi" w:eastAsia="Arial" w:hAnsiTheme="majorHAnsi" w:cstheme="majorHAnsi"/>
          <w:b/>
          <w:lang w:val="hu-HU"/>
        </w:rPr>
        <w:t xml:space="preserve">: </w:t>
      </w:r>
    </w:p>
    <w:p w14:paraId="7B4152C6" w14:textId="13EFD974" w:rsidR="001E5C51" w:rsidRPr="00DD67C6" w:rsidRDefault="00000000">
      <w:pPr>
        <w:spacing w:after="100"/>
        <w:rPr>
          <w:rFonts w:asciiTheme="majorHAnsi" w:eastAsia="Arial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lang w:val="hu-HU"/>
        </w:rPr>
        <w:t xml:space="preserve">_________________ (születési hely, idő: ______________; anyja </w:t>
      </w:r>
      <w:r w:rsidR="00DF6169" w:rsidRPr="00DD67C6">
        <w:rPr>
          <w:rFonts w:asciiTheme="majorHAnsi" w:eastAsia="Arial" w:hAnsiTheme="majorHAnsi" w:cstheme="majorHAnsi"/>
          <w:lang w:val="hu-HU"/>
        </w:rPr>
        <w:t xml:space="preserve">leánykori </w:t>
      </w:r>
      <w:r w:rsidRPr="00DD67C6">
        <w:rPr>
          <w:rFonts w:asciiTheme="majorHAnsi" w:eastAsia="Arial" w:hAnsiTheme="majorHAnsi" w:cstheme="majorHAnsi"/>
          <w:lang w:val="hu-HU"/>
        </w:rPr>
        <w:t>neve: __________; lakcím: ________________________________)</w:t>
      </w:r>
    </w:p>
    <w:p w14:paraId="61B43FF1" w14:textId="07E3B79D" w:rsidR="00B8121A" w:rsidRPr="00DD67C6" w:rsidRDefault="00B8121A" w:rsidP="00B8121A">
      <w:pPr>
        <w:spacing w:after="20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 xml:space="preserve">Edző 2: </w:t>
      </w:r>
    </w:p>
    <w:p w14:paraId="5B05ED9C" w14:textId="77777777" w:rsidR="00B8121A" w:rsidRPr="00DD67C6" w:rsidRDefault="00B8121A" w:rsidP="00B8121A">
      <w:pPr>
        <w:spacing w:after="100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lang w:val="hu-HU"/>
        </w:rPr>
        <w:t>_________________ (születési hely, idő: ______________; anyja leánykori neve: __________; lakcím: ________________________________)</w:t>
      </w:r>
    </w:p>
    <w:p w14:paraId="0094A616" w14:textId="77777777" w:rsidR="00B8121A" w:rsidRPr="00DD67C6" w:rsidRDefault="00B8121A">
      <w:pPr>
        <w:spacing w:after="100"/>
        <w:rPr>
          <w:rFonts w:asciiTheme="majorHAnsi" w:hAnsiTheme="majorHAnsi" w:cstheme="majorHAnsi"/>
          <w:lang w:val="hu-HU"/>
        </w:rPr>
      </w:pPr>
    </w:p>
    <w:p w14:paraId="141178AF" w14:textId="095144A2" w:rsidR="001E5C51" w:rsidRPr="00DD67C6" w:rsidRDefault="00000000">
      <w:pPr>
        <w:spacing w:after="120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lang w:val="hu-HU"/>
        </w:rPr>
        <w:t xml:space="preserve">továbbiakban együttesen: </w:t>
      </w:r>
      <w:r w:rsidRPr="00DD67C6">
        <w:rPr>
          <w:rFonts w:asciiTheme="majorHAnsi" w:eastAsia="Arial" w:hAnsiTheme="majorHAnsi" w:cstheme="majorHAnsi"/>
          <w:b/>
          <w:lang w:val="hu-HU"/>
        </w:rPr>
        <w:t>Sportolók és Edző</w:t>
      </w:r>
      <w:r w:rsidR="00B8121A" w:rsidRPr="00DD67C6">
        <w:rPr>
          <w:rFonts w:asciiTheme="majorHAnsi" w:eastAsia="Arial" w:hAnsiTheme="majorHAnsi" w:cstheme="majorHAnsi"/>
          <w:b/>
          <w:lang w:val="hu-HU"/>
        </w:rPr>
        <w:t>(</w:t>
      </w:r>
      <w:r w:rsidR="00DF6169" w:rsidRPr="00DD67C6">
        <w:rPr>
          <w:rFonts w:asciiTheme="majorHAnsi" w:eastAsia="Arial" w:hAnsiTheme="majorHAnsi" w:cstheme="majorHAnsi"/>
          <w:b/>
          <w:lang w:val="hu-HU"/>
        </w:rPr>
        <w:t>k</w:t>
      </w:r>
      <w:r w:rsidR="00B8121A" w:rsidRPr="00DD67C6">
        <w:rPr>
          <w:rFonts w:asciiTheme="majorHAnsi" w:eastAsia="Arial" w:hAnsiTheme="majorHAnsi" w:cstheme="majorHAnsi"/>
          <w:b/>
          <w:lang w:val="hu-HU"/>
        </w:rPr>
        <w:t>)</w:t>
      </w:r>
    </w:p>
    <w:p w14:paraId="7D4F83B3" w14:textId="77777777" w:rsidR="001E5C51" w:rsidRPr="00DD67C6" w:rsidRDefault="00000000">
      <w:pPr>
        <w:spacing w:after="80" w:line="240" w:lineRule="auto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lang w:val="hu-HU"/>
        </w:rPr>
        <w:t>másrészről a</w:t>
      </w:r>
    </w:p>
    <w:p w14:paraId="6E7C57B8" w14:textId="77777777" w:rsidR="001E5C51" w:rsidRPr="00DD67C6" w:rsidRDefault="00000000">
      <w:pPr>
        <w:spacing w:after="120"/>
        <w:jc w:val="both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>Magyar Curling Szövetség</w:t>
      </w:r>
      <w:r w:rsidRPr="00DD67C6">
        <w:rPr>
          <w:rFonts w:asciiTheme="majorHAnsi" w:eastAsia="Arial" w:hAnsiTheme="majorHAnsi" w:cstheme="majorHAnsi"/>
          <w:lang w:val="hu-HU"/>
        </w:rPr>
        <w:t xml:space="preserve"> (székhelye: 1112 Budapest, Kamaraerdei út 12-14.; nyilvántartási szám: 01-07-0000059; adószám: 18188167-2-43; képviseli: Fóti Balázs, alelnök), a továbbiakban: MCSZ</w:t>
      </w:r>
    </w:p>
    <w:p w14:paraId="333E2B0D" w14:textId="77777777" w:rsidR="001E5C51" w:rsidRPr="00DD67C6" w:rsidRDefault="00000000">
      <w:pPr>
        <w:spacing w:after="180" w:line="240" w:lineRule="auto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lang w:val="hu-HU"/>
        </w:rPr>
        <w:t>között, az alábbi feltételekkel:</w:t>
      </w:r>
    </w:p>
    <w:p w14:paraId="73065947" w14:textId="44EEC5EB" w:rsidR="001E5C51" w:rsidRPr="00DD67C6" w:rsidRDefault="00000000">
      <w:pPr>
        <w:spacing w:after="120" w:line="240" w:lineRule="auto"/>
        <w:ind w:left="425" w:hanging="425"/>
        <w:jc w:val="both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 xml:space="preserve">1. </w:t>
      </w:r>
      <w:r w:rsidRPr="00DD67C6">
        <w:rPr>
          <w:rFonts w:asciiTheme="majorHAnsi" w:eastAsia="Arial" w:hAnsiTheme="majorHAnsi" w:cstheme="majorHAnsi"/>
          <w:lang w:val="hu-HU"/>
        </w:rPr>
        <w:t>Felek rögzítik, hogy a Sportolók az MCSZ Élsport Program 2026</w:t>
      </w:r>
      <w:r w:rsidR="00B9078F" w:rsidRPr="00DD67C6">
        <w:rPr>
          <w:rFonts w:asciiTheme="majorHAnsi" w:eastAsia="Arial" w:hAnsiTheme="majorHAnsi" w:cstheme="majorHAnsi"/>
          <w:lang w:val="hu-HU"/>
        </w:rPr>
        <w:t>-</w:t>
      </w:r>
      <w:r w:rsidRPr="00DD67C6">
        <w:rPr>
          <w:rFonts w:asciiTheme="majorHAnsi" w:eastAsia="Arial" w:hAnsiTheme="majorHAnsi" w:cstheme="majorHAnsi"/>
          <w:lang w:val="hu-HU"/>
        </w:rPr>
        <w:t>2030 (a továbbiakban: Élsport Program) keretében támogatott vegyes-páros tagjai. Jelen Megállapodás az Élsport Programhoz kapcsolódó kommunikációs, sajtó-, szponzorációs és promóciós együttműködés részletszabályait rögzíti.</w:t>
      </w:r>
    </w:p>
    <w:p w14:paraId="559BE48A" w14:textId="77777777" w:rsidR="001E5C51" w:rsidRPr="00DD67C6" w:rsidRDefault="00000000">
      <w:pPr>
        <w:spacing w:after="120" w:line="240" w:lineRule="auto"/>
        <w:ind w:left="425" w:hanging="425"/>
        <w:jc w:val="both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 xml:space="preserve">2. </w:t>
      </w:r>
      <w:r w:rsidRPr="00DD67C6">
        <w:rPr>
          <w:rFonts w:asciiTheme="majorHAnsi" w:eastAsia="Arial" w:hAnsiTheme="majorHAnsi" w:cstheme="majorHAnsi"/>
          <w:lang w:val="hu-HU"/>
        </w:rPr>
        <w:t>Szerződő Felek az Élsport Program teljes időtartama alatt, az ahhoz kapcsolódó felkészülések, versenyek, rendezvények és kommunikáció során kötelesek a polgári jog általános szabályainak és alapelveinek megfelelően, jóhiszeműen és kölcsönösen együttműködve eljárni, és a jelen Megállapodás teljesítése érdekében a tőlük ésszerűen elvárható együttműködést biztosítani.</w:t>
      </w:r>
    </w:p>
    <w:p w14:paraId="589B63C3" w14:textId="77777777" w:rsidR="001E5C51" w:rsidRPr="00DD67C6" w:rsidRDefault="00000000">
      <w:pPr>
        <w:spacing w:after="120" w:line="240" w:lineRule="auto"/>
        <w:ind w:left="425" w:hanging="425"/>
        <w:jc w:val="both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 xml:space="preserve">3. </w:t>
      </w:r>
      <w:r w:rsidRPr="00DD67C6">
        <w:rPr>
          <w:rFonts w:asciiTheme="majorHAnsi" w:eastAsia="Arial" w:hAnsiTheme="majorHAnsi" w:cstheme="majorHAnsi"/>
          <w:lang w:val="hu-HU"/>
        </w:rPr>
        <w:t>Felek kötelesek tiszteletben tartani egymás jó hírnevét és szakmai reputációját. Ennek keretében tartózkodnak a másik Felet indokolatlanul rossz színben feltüntető, valótlan vagy megtévesztő nyilvános közlésektől.</w:t>
      </w:r>
    </w:p>
    <w:p w14:paraId="5C4F23AD" w14:textId="77777777" w:rsidR="001E5C51" w:rsidRPr="00DD67C6" w:rsidRDefault="00000000">
      <w:pPr>
        <w:spacing w:after="120" w:line="240" w:lineRule="auto"/>
        <w:ind w:left="425" w:hanging="425"/>
        <w:jc w:val="both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 xml:space="preserve">4. </w:t>
      </w:r>
      <w:r w:rsidRPr="00DD67C6">
        <w:rPr>
          <w:rFonts w:asciiTheme="majorHAnsi" w:eastAsia="Arial" w:hAnsiTheme="majorHAnsi" w:cstheme="majorHAnsi"/>
          <w:lang w:val="hu-HU"/>
        </w:rPr>
        <w:t>Az Élsport Programhoz kapcsolódó szervezeti és szakmai kapcsolattartás feladatai az alábbiak szerint oszlanak meg:</w:t>
      </w:r>
    </w:p>
    <w:p w14:paraId="63189D01" w14:textId="74726EB5" w:rsidR="001E5C51" w:rsidRPr="00DD67C6" w:rsidRDefault="00000000">
      <w:pPr>
        <w:spacing w:after="80" w:line="240" w:lineRule="auto"/>
        <w:ind w:left="709" w:hanging="369"/>
        <w:jc w:val="both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 xml:space="preserve">4.1. </w:t>
      </w:r>
      <w:r w:rsidRPr="00DD67C6">
        <w:rPr>
          <w:rFonts w:asciiTheme="majorHAnsi" w:eastAsia="Arial" w:hAnsiTheme="majorHAnsi" w:cstheme="majorHAnsi"/>
          <w:lang w:val="hu-HU"/>
        </w:rPr>
        <w:t>A sportági szövetséggel történő kapcsolattartás elsődlegesen az Edző</w:t>
      </w:r>
      <w:r w:rsidR="00425EF7" w:rsidRPr="00DD67C6">
        <w:rPr>
          <w:rFonts w:asciiTheme="majorHAnsi" w:eastAsia="Arial" w:hAnsiTheme="majorHAnsi" w:cstheme="majorHAnsi"/>
          <w:lang w:val="hu-HU"/>
        </w:rPr>
        <w:t>(k)</w:t>
      </w:r>
      <w:r w:rsidRPr="00DD67C6">
        <w:rPr>
          <w:rFonts w:asciiTheme="majorHAnsi" w:eastAsia="Arial" w:hAnsiTheme="majorHAnsi" w:cstheme="majorHAnsi"/>
          <w:lang w:val="hu-HU"/>
        </w:rPr>
        <w:t xml:space="preserve"> feladata. Amennyiben egy versenyen Edző</w:t>
      </w:r>
      <w:r w:rsidR="00425EF7" w:rsidRPr="00DD67C6">
        <w:rPr>
          <w:rFonts w:asciiTheme="majorHAnsi" w:eastAsia="Arial" w:hAnsiTheme="majorHAnsi" w:cstheme="majorHAnsi"/>
          <w:lang w:val="hu-HU"/>
        </w:rPr>
        <w:t>(k)</w:t>
      </w:r>
      <w:r w:rsidRPr="00DD67C6">
        <w:rPr>
          <w:rFonts w:asciiTheme="majorHAnsi" w:eastAsia="Arial" w:hAnsiTheme="majorHAnsi" w:cstheme="majorHAnsi"/>
          <w:lang w:val="hu-HU"/>
        </w:rPr>
        <w:t xml:space="preserve"> nem vesz részt, e feladatot a Sportolók látják el.</w:t>
      </w:r>
    </w:p>
    <w:p w14:paraId="424C248D" w14:textId="5B318B74" w:rsidR="001E5C51" w:rsidRPr="00DD67C6" w:rsidRDefault="00000000">
      <w:pPr>
        <w:spacing w:after="80" w:line="240" w:lineRule="auto"/>
        <w:ind w:left="709" w:hanging="369"/>
        <w:jc w:val="both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 xml:space="preserve">4.2. </w:t>
      </w:r>
      <w:r w:rsidRPr="00DD67C6">
        <w:rPr>
          <w:rFonts w:asciiTheme="majorHAnsi" w:eastAsia="Arial" w:hAnsiTheme="majorHAnsi" w:cstheme="majorHAnsi"/>
          <w:lang w:val="hu-HU"/>
        </w:rPr>
        <w:t>A versenyeket megelőzően a külföldi szervezőkkel történő kapcsolattartás elsődlegesen a Sport- és Koordinációs Iroda feladata. A versenyek alatt a külföldi szervezőkkel történő kapcsolattartás elsődlegesen az Edző</w:t>
      </w:r>
      <w:r w:rsidR="000E1907" w:rsidRPr="00DD67C6">
        <w:rPr>
          <w:rFonts w:asciiTheme="majorHAnsi" w:eastAsia="Arial" w:hAnsiTheme="majorHAnsi" w:cstheme="majorHAnsi"/>
          <w:lang w:val="hu-HU"/>
        </w:rPr>
        <w:t>(k)</w:t>
      </w:r>
      <w:r w:rsidRPr="00DD67C6">
        <w:rPr>
          <w:rFonts w:asciiTheme="majorHAnsi" w:eastAsia="Arial" w:hAnsiTheme="majorHAnsi" w:cstheme="majorHAnsi"/>
          <w:lang w:val="hu-HU"/>
        </w:rPr>
        <w:t xml:space="preserve"> feladata; Edző</w:t>
      </w:r>
      <w:r w:rsidR="000E1907" w:rsidRPr="00DD67C6">
        <w:rPr>
          <w:rFonts w:asciiTheme="majorHAnsi" w:eastAsia="Arial" w:hAnsiTheme="majorHAnsi" w:cstheme="majorHAnsi"/>
          <w:lang w:val="hu-HU"/>
        </w:rPr>
        <w:t>(k)</w:t>
      </w:r>
      <w:r w:rsidRPr="00DD67C6">
        <w:rPr>
          <w:rFonts w:asciiTheme="majorHAnsi" w:eastAsia="Arial" w:hAnsiTheme="majorHAnsi" w:cstheme="majorHAnsi"/>
          <w:lang w:val="hu-HU"/>
        </w:rPr>
        <w:t xml:space="preserve"> hiányában a Sportolóké.</w:t>
      </w:r>
    </w:p>
    <w:p w14:paraId="7E23125B" w14:textId="215E6D39" w:rsidR="001E5C51" w:rsidRPr="00DD67C6" w:rsidRDefault="00000000">
      <w:pPr>
        <w:spacing w:after="80" w:line="240" w:lineRule="auto"/>
        <w:ind w:left="709" w:hanging="369"/>
        <w:jc w:val="both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lastRenderedPageBreak/>
        <w:t xml:space="preserve">4.3. </w:t>
      </w:r>
      <w:r w:rsidRPr="00DD67C6">
        <w:rPr>
          <w:rFonts w:asciiTheme="majorHAnsi" w:eastAsia="Arial" w:hAnsiTheme="majorHAnsi" w:cstheme="majorHAnsi"/>
          <w:lang w:val="hu-HU"/>
        </w:rPr>
        <w:t>Az egyesületekkel történő kapcsolattartás elsődlegesen a Sport- és Koordinációs Iroda feladata, ugyanakkor a Sportolók, az Edző</w:t>
      </w:r>
      <w:r w:rsidR="000E1907" w:rsidRPr="00DD67C6">
        <w:rPr>
          <w:rFonts w:asciiTheme="majorHAnsi" w:eastAsia="Arial" w:hAnsiTheme="majorHAnsi" w:cstheme="majorHAnsi"/>
          <w:lang w:val="hu-HU"/>
        </w:rPr>
        <w:t>(k)</w:t>
      </w:r>
      <w:r w:rsidRPr="00DD67C6">
        <w:rPr>
          <w:rFonts w:asciiTheme="majorHAnsi" w:eastAsia="Arial" w:hAnsiTheme="majorHAnsi" w:cstheme="majorHAnsi"/>
          <w:lang w:val="hu-HU"/>
        </w:rPr>
        <w:t xml:space="preserve"> és a Szövetségi Kapitány is köteles a szükséges folyamatos együttműködésre és információcserére.</w:t>
      </w:r>
    </w:p>
    <w:p w14:paraId="228424CC" w14:textId="77777777" w:rsidR="001E5C51" w:rsidRPr="00DD67C6" w:rsidRDefault="00000000">
      <w:pPr>
        <w:spacing w:after="120" w:line="240" w:lineRule="auto"/>
        <w:ind w:left="425" w:hanging="425"/>
        <w:jc w:val="both"/>
        <w:rPr>
          <w:rFonts w:asciiTheme="majorHAnsi" w:eastAsia="Arial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 xml:space="preserve">5. </w:t>
      </w:r>
      <w:r w:rsidRPr="00DD67C6">
        <w:rPr>
          <w:rFonts w:asciiTheme="majorHAnsi" w:eastAsia="Arial" w:hAnsiTheme="majorHAnsi" w:cstheme="majorHAnsi"/>
          <w:lang w:val="hu-HU"/>
        </w:rPr>
        <w:t>A nyilvános kommunikáció, a közösségi média és a sajtótartalmak elkészítése során a Felek az alábbi feladatmegosztást alkalmazzák:</w:t>
      </w:r>
    </w:p>
    <w:p w14:paraId="58F39220" w14:textId="0E2120A1" w:rsidR="00B10ED2" w:rsidRPr="00DD67C6" w:rsidRDefault="00B10ED2" w:rsidP="007C4D2A">
      <w:pPr>
        <w:spacing w:after="80" w:line="240" w:lineRule="auto"/>
        <w:ind w:left="709" w:hanging="369"/>
        <w:jc w:val="both"/>
        <w:rPr>
          <w:rFonts w:asciiTheme="majorHAnsi" w:eastAsia="Arial" w:hAnsiTheme="majorHAnsi" w:cstheme="majorHAnsi"/>
          <w:bCs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 xml:space="preserve">5.1. </w:t>
      </w:r>
      <w:r w:rsidR="002F375A" w:rsidRPr="00DD67C6">
        <w:rPr>
          <w:rFonts w:asciiTheme="majorHAnsi" w:eastAsia="Arial" w:hAnsiTheme="majorHAnsi" w:cstheme="majorHAnsi"/>
          <w:bCs/>
          <w:lang w:val="hu-HU"/>
        </w:rPr>
        <w:t>A Sportolók által működtetett, a pároshoz kapcsolódó saját Facebook- és Instagram-oldalak, valamint egyéb saját közösségimédia-felületek kezelése a Sportolók kizárólagos feladata és felelőssége. A Magyar Curling Szövetség ezen felületek kezelésében nem vesz részt, azokon tartalmat nem tesz közzé.</w:t>
      </w:r>
    </w:p>
    <w:p w14:paraId="7F2D6401" w14:textId="54620EA6" w:rsidR="00F537C4" w:rsidRPr="00DD67C6" w:rsidRDefault="007C4D2A" w:rsidP="00DD67C6">
      <w:pPr>
        <w:spacing w:after="80" w:line="240" w:lineRule="auto"/>
        <w:ind w:left="709" w:hanging="369"/>
        <w:jc w:val="both"/>
        <w:rPr>
          <w:rFonts w:asciiTheme="majorHAnsi" w:hAnsiTheme="majorHAnsi" w:cstheme="majorHAnsi"/>
          <w:bCs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>5.</w:t>
      </w:r>
      <w:r w:rsidR="00DD67C6" w:rsidRPr="00DD67C6">
        <w:rPr>
          <w:rFonts w:asciiTheme="majorHAnsi" w:eastAsia="Arial" w:hAnsiTheme="majorHAnsi" w:cstheme="majorHAnsi"/>
          <w:b/>
          <w:lang w:val="hu-HU"/>
        </w:rPr>
        <w:t>2</w:t>
      </w:r>
      <w:r w:rsidRPr="00DD67C6">
        <w:rPr>
          <w:rFonts w:asciiTheme="majorHAnsi" w:eastAsia="Arial" w:hAnsiTheme="majorHAnsi" w:cstheme="majorHAnsi"/>
          <w:bCs/>
          <w:lang w:val="hu-HU"/>
        </w:rPr>
        <w:t xml:space="preserve">. </w:t>
      </w:r>
      <w:r w:rsidR="00DD67C6" w:rsidRPr="00DD67C6">
        <w:rPr>
          <w:rFonts w:asciiTheme="majorHAnsi" w:eastAsia="Arial" w:hAnsiTheme="majorHAnsi" w:cstheme="majorHAnsi"/>
          <w:bCs/>
          <w:lang w:val="hu-HU"/>
        </w:rPr>
        <w:t>A Magyar Curling Szövetség a párossal, annak felkészülésével, versenyeivel és eredményeivel kapcsolatos kommunikációs tartalmakat kizárólag a Szövetség saját hivatalos honlapján és közösségimédia-felületein teszi közzé.</w:t>
      </w:r>
    </w:p>
    <w:p w14:paraId="6BF48F93" w14:textId="2BE64863" w:rsidR="001E5C51" w:rsidRPr="00DD67C6" w:rsidRDefault="00000000">
      <w:pPr>
        <w:spacing w:after="80" w:line="240" w:lineRule="auto"/>
        <w:ind w:left="709" w:hanging="369"/>
        <w:jc w:val="both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>5.</w:t>
      </w:r>
      <w:r w:rsidR="00DD67C6" w:rsidRPr="00DD67C6">
        <w:rPr>
          <w:rFonts w:asciiTheme="majorHAnsi" w:eastAsia="Arial" w:hAnsiTheme="majorHAnsi" w:cstheme="majorHAnsi"/>
          <w:b/>
          <w:lang w:val="hu-HU"/>
        </w:rPr>
        <w:t>3</w:t>
      </w:r>
      <w:r w:rsidRPr="00DD67C6">
        <w:rPr>
          <w:rFonts w:asciiTheme="majorHAnsi" w:eastAsia="Arial" w:hAnsiTheme="majorHAnsi" w:cstheme="majorHAnsi"/>
          <w:b/>
          <w:lang w:val="hu-HU"/>
        </w:rPr>
        <w:t xml:space="preserve">. </w:t>
      </w:r>
      <w:r w:rsidRPr="00DD67C6">
        <w:rPr>
          <w:rFonts w:asciiTheme="majorHAnsi" w:eastAsia="Arial" w:hAnsiTheme="majorHAnsi" w:cstheme="majorHAnsi"/>
          <w:lang w:val="hu-HU"/>
        </w:rPr>
        <w:t>A versenyeken a kommunikációhoz szükséges fotók és videók elkészítése elsődlegesen az Edző</w:t>
      </w:r>
      <w:r w:rsidR="000E1907" w:rsidRPr="00DD67C6">
        <w:rPr>
          <w:rFonts w:asciiTheme="majorHAnsi" w:eastAsia="Arial" w:hAnsiTheme="majorHAnsi" w:cstheme="majorHAnsi"/>
          <w:lang w:val="hu-HU"/>
        </w:rPr>
        <w:t>(k)</w:t>
      </w:r>
      <w:r w:rsidRPr="00DD67C6">
        <w:rPr>
          <w:rFonts w:asciiTheme="majorHAnsi" w:eastAsia="Arial" w:hAnsiTheme="majorHAnsi" w:cstheme="majorHAnsi"/>
          <w:lang w:val="hu-HU"/>
        </w:rPr>
        <w:t xml:space="preserve"> feladata. Amennyiben a versenyen Edző</w:t>
      </w:r>
      <w:r w:rsidR="000E1907" w:rsidRPr="00DD67C6">
        <w:rPr>
          <w:rFonts w:asciiTheme="majorHAnsi" w:eastAsia="Arial" w:hAnsiTheme="majorHAnsi" w:cstheme="majorHAnsi"/>
          <w:lang w:val="hu-HU"/>
        </w:rPr>
        <w:t>(k)</w:t>
      </w:r>
      <w:r w:rsidRPr="00DD67C6">
        <w:rPr>
          <w:rFonts w:asciiTheme="majorHAnsi" w:eastAsia="Arial" w:hAnsiTheme="majorHAnsi" w:cstheme="majorHAnsi"/>
          <w:lang w:val="hu-HU"/>
        </w:rPr>
        <w:t xml:space="preserve"> nem vesz részt, a szükséges fotó- és videóanyagok elkészítése a Sportolók feladata. Az elkészült, kommunikációra szánt anyagokat a Felek az előzetesen egyeztetett módon és határidőben adják át a Sport- és Koordinációs Iroda részére.</w:t>
      </w:r>
    </w:p>
    <w:p w14:paraId="2034E2C8" w14:textId="402E2DE9" w:rsidR="001E5C51" w:rsidRPr="00DD67C6" w:rsidRDefault="00000000">
      <w:pPr>
        <w:spacing w:after="80" w:line="240" w:lineRule="auto"/>
        <w:ind w:left="709" w:hanging="369"/>
        <w:jc w:val="both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>5.</w:t>
      </w:r>
      <w:r w:rsidR="00DD67C6" w:rsidRPr="00DD67C6">
        <w:rPr>
          <w:rFonts w:asciiTheme="majorHAnsi" w:eastAsia="Arial" w:hAnsiTheme="majorHAnsi" w:cstheme="majorHAnsi"/>
          <w:b/>
          <w:lang w:val="hu-HU"/>
        </w:rPr>
        <w:t>4</w:t>
      </w:r>
      <w:r w:rsidRPr="00DD67C6">
        <w:rPr>
          <w:rFonts w:asciiTheme="majorHAnsi" w:eastAsia="Arial" w:hAnsiTheme="majorHAnsi" w:cstheme="majorHAnsi"/>
          <w:b/>
          <w:lang w:val="hu-HU"/>
        </w:rPr>
        <w:t xml:space="preserve">. </w:t>
      </w:r>
      <w:r w:rsidRPr="00DD67C6">
        <w:rPr>
          <w:rFonts w:asciiTheme="majorHAnsi" w:eastAsia="Arial" w:hAnsiTheme="majorHAnsi" w:cstheme="majorHAnsi"/>
          <w:lang w:val="hu-HU"/>
        </w:rPr>
        <w:t>A beszámolók, hírek és sajtóanyagok elkészítése elsődlegesen a Sport- és Koordinációs Iroda feladata az Edző</w:t>
      </w:r>
      <w:r w:rsidR="00143C56" w:rsidRPr="00DD67C6">
        <w:rPr>
          <w:rFonts w:asciiTheme="majorHAnsi" w:eastAsia="Arial" w:hAnsiTheme="majorHAnsi" w:cstheme="majorHAnsi"/>
          <w:lang w:val="hu-HU"/>
        </w:rPr>
        <w:t>(k)</w:t>
      </w:r>
      <w:r w:rsidRPr="00DD67C6">
        <w:rPr>
          <w:rFonts w:asciiTheme="majorHAnsi" w:eastAsia="Arial" w:hAnsiTheme="majorHAnsi" w:cstheme="majorHAnsi"/>
          <w:lang w:val="hu-HU"/>
        </w:rPr>
        <w:t xml:space="preserve"> bevonásával. Amennyiben a versenyen Edző</w:t>
      </w:r>
      <w:r w:rsidR="00143C56" w:rsidRPr="00DD67C6">
        <w:rPr>
          <w:rFonts w:asciiTheme="majorHAnsi" w:eastAsia="Arial" w:hAnsiTheme="majorHAnsi" w:cstheme="majorHAnsi"/>
          <w:lang w:val="hu-HU"/>
        </w:rPr>
        <w:t>(k)</w:t>
      </w:r>
      <w:r w:rsidRPr="00DD67C6">
        <w:rPr>
          <w:rFonts w:asciiTheme="majorHAnsi" w:eastAsia="Arial" w:hAnsiTheme="majorHAnsi" w:cstheme="majorHAnsi"/>
          <w:lang w:val="hu-HU"/>
        </w:rPr>
        <w:t xml:space="preserve"> nem vesz részt, a Sportolók is közreműködnek a szükséges információk és forrásanyagok biztosításában.</w:t>
      </w:r>
    </w:p>
    <w:p w14:paraId="27ECC72F" w14:textId="1E880CB1" w:rsidR="001E5C51" w:rsidRPr="00DD67C6" w:rsidRDefault="00000000">
      <w:pPr>
        <w:spacing w:after="80" w:line="240" w:lineRule="auto"/>
        <w:ind w:left="709" w:hanging="369"/>
        <w:jc w:val="both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>5.</w:t>
      </w:r>
      <w:r w:rsidR="00DD67C6" w:rsidRPr="00DD67C6">
        <w:rPr>
          <w:rFonts w:asciiTheme="majorHAnsi" w:eastAsia="Arial" w:hAnsiTheme="majorHAnsi" w:cstheme="majorHAnsi"/>
          <w:b/>
          <w:lang w:val="hu-HU"/>
        </w:rPr>
        <w:t>5</w:t>
      </w:r>
      <w:r w:rsidRPr="00DD67C6">
        <w:rPr>
          <w:rFonts w:asciiTheme="majorHAnsi" w:eastAsia="Arial" w:hAnsiTheme="majorHAnsi" w:cstheme="majorHAnsi"/>
          <w:b/>
          <w:lang w:val="hu-HU"/>
        </w:rPr>
        <w:t xml:space="preserve">. </w:t>
      </w:r>
      <w:r w:rsidRPr="00DD67C6">
        <w:rPr>
          <w:rFonts w:asciiTheme="majorHAnsi" w:eastAsia="Arial" w:hAnsiTheme="majorHAnsi" w:cstheme="majorHAnsi"/>
          <w:lang w:val="hu-HU"/>
        </w:rPr>
        <w:t>Az MCSZ vállalja, hogy valamennyi, az Élsport Program keretében teljesített versenyt követően legfeljebb három napon belül híranyagot készít, és azt a Szövetség hivatalos honlapján közzéteszi.</w:t>
      </w:r>
    </w:p>
    <w:p w14:paraId="41A21637" w14:textId="3FE1C34B" w:rsidR="001E5C51" w:rsidRPr="00DD67C6" w:rsidRDefault="00000000">
      <w:pPr>
        <w:spacing w:after="120" w:line="240" w:lineRule="auto"/>
        <w:ind w:left="425" w:hanging="425"/>
        <w:jc w:val="both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>6.</w:t>
      </w:r>
      <w:r w:rsidR="00702039" w:rsidRPr="00DD67C6">
        <w:rPr>
          <w:rFonts w:asciiTheme="majorHAnsi" w:eastAsia="Arial" w:hAnsiTheme="majorHAnsi" w:cstheme="majorHAnsi"/>
          <w:b/>
          <w:lang w:val="hu-HU"/>
        </w:rPr>
        <w:t xml:space="preserve"> </w:t>
      </w:r>
      <w:r w:rsidRPr="00DD67C6">
        <w:rPr>
          <w:rFonts w:asciiTheme="majorHAnsi" w:eastAsia="Arial" w:hAnsiTheme="majorHAnsi" w:cstheme="majorHAnsi"/>
          <w:lang w:val="hu-HU"/>
        </w:rPr>
        <w:t>A Sportolók vállalják, hogy az Élsport Program időtartama alatt az MCSZ értékeit és célkitűzéseit képviselik, továbbá az MCSZ szponzorációs, kommunikációs és promóciós tevékenységében előzetesen egyeztetett módon közreműködnek. A közreműködés konkrét formáját, időpontját és terjedelmét a Felek minden esetben előzetesen egyeztetik.</w:t>
      </w:r>
    </w:p>
    <w:p w14:paraId="023B020B" w14:textId="30CEEB7A" w:rsidR="001E5C51" w:rsidRPr="00DD67C6" w:rsidRDefault="00000000">
      <w:pPr>
        <w:spacing w:after="120" w:line="240" w:lineRule="auto"/>
        <w:ind w:left="425" w:hanging="425"/>
        <w:jc w:val="both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 xml:space="preserve">7. </w:t>
      </w:r>
      <w:r w:rsidRPr="00DD67C6">
        <w:rPr>
          <w:rFonts w:asciiTheme="majorHAnsi" w:eastAsia="Arial" w:hAnsiTheme="majorHAnsi" w:cstheme="majorHAnsi"/>
          <w:lang w:val="hu-HU"/>
        </w:rPr>
        <w:t>Az MCSZ vállalja, hogy a csapattal, az Élsport Programmal és a Program keretében teljesített versenyekkel kapcsolatos sajtómegkeresések kezelésében és a szükséges hivatalos tájékoztatás biztosításában rendelkezésre áll, illetve szükség esetén egyeztet a Sportolókkal és az Edző</w:t>
      </w:r>
      <w:r w:rsidR="00143C56" w:rsidRPr="00DD67C6">
        <w:rPr>
          <w:rFonts w:asciiTheme="majorHAnsi" w:eastAsia="Arial" w:hAnsiTheme="majorHAnsi" w:cstheme="majorHAnsi"/>
          <w:lang w:val="hu-HU"/>
        </w:rPr>
        <w:t>(k)</w:t>
      </w:r>
      <w:r w:rsidRPr="00DD67C6">
        <w:rPr>
          <w:rFonts w:asciiTheme="majorHAnsi" w:eastAsia="Arial" w:hAnsiTheme="majorHAnsi" w:cstheme="majorHAnsi"/>
          <w:lang w:val="hu-HU"/>
        </w:rPr>
        <w:t>vel.</w:t>
      </w:r>
    </w:p>
    <w:p w14:paraId="2CCA0D1B" w14:textId="00FEFDE4" w:rsidR="001E5C51" w:rsidRPr="00DD67C6" w:rsidRDefault="00000000">
      <w:pPr>
        <w:spacing w:after="120" w:line="240" w:lineRule="auto"/>
        <w:ind w:left="425" w:hanging="425"/>
        <w:jc w:val="both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 xml:space="preserve">8. </w:t>
      </w:r>
      <w:r w:rsidRPr="00DD67C6">
        <w:rPr>
          <w:rFonts w:asciiTheme="majorHAnsi" w:eastAsia="Arial" w:hAnsiTheme="majorHAnsi" w:cstheme="majorHAnsi"/>
          <w:lang w:val="hu-HU"/>
        </w:rPr>
        <w:t>Világverseny vagy kiemelt nemzetközi verseny előtt az MCSZ a Sportolókkal és az Edző</w:t>
      </w:r>
      <w:r w:rsidR="009C3922" w:rsidRPr="00DD67C6">
        <w:rPr>
          <w:rFonts w:asciiTheme="majorHAnsi" w:eastAsia="Arial" w:hAnsiTheme="majorHAnsi" w:cstheme="majorHAnsi"/>
          <w:lang w:val="hu-HU"/>
        </w:rPr>
        <w:t>(k)</w:t>
      </w:r>
      <w:r w:rsidRPr="00DD67C6">
        <w:rPr>
          <w:rFonts w:asciiTheme="majorHAnsi" w:eastAsia="Arial" w:hAnsiTheme="majorHAnsi" w:cstheme="majorHAnsi"/>
          <w:lang w:val="hu-HU"/>
        </w:rPr>
        <w:t>vel előzetesen kommunikációs tervet egyeztet. A terv a verseny programjához és időrendjéhez igazodva rögzíti a beharangozók, beszámolók és egyéb kommunikációs tartalmak tervezett időpontját, valamint a szükséges információk, fotók és videók átadásának rendjét. Az MCSZ vállalja, hogy a közösen kialakított kommunikációs terv szerint jár el; a Sportolók és az Edző</w:t>
      </w:r>
      <w:r w:rsidR="009C3922" w:rsidRPr="00DD67C6">
        <w:rPr>
          <w:rFonts w:asciiTheme="majorHAnsi" w:eastAsia="Arial" w:hAnsiTheme="majorHAnsi" w:cstheme="majorHAnsi"/>
          <w:lang w:val="hu-HU"/>
        </w:rPr>
        <w:t>(k)</w:t>
      </w:r>
      <w:r w:rsidRPr="00DD67C6">
        <w:rPr>
          <w:rFonts w:asciiTheme="majorHAnsi" w:eastAsia="Arial" w:hAnsiTheme="majorHAnsi" w:cstheme="majorHAnsi"/>
          <w:lang w:val="hu-HU"/>
        </w:rPr>
        <w:t xml:space="preserve"> vállalják az előzetesen egyeztetett forrásanyagok megfelelő időben történő biztosítását.</w:t>
      </w:r>
    </w:p>
    <w:p w14:paraId="5E65859F" w14:textId="6BA42EAC" w:rsidR="001E5C51" w:rsidRPr="00DD67C6" w:rsidRDefault="00000000">
      <w:pPr>
        <w:spacing w:after="120" w:line="240" w:lineRule="auto"/>
        <w:ind w:left="425" w:hanging="425"/>
        <w:jc w:val="both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 xml:space="preserve">9. </w:t>
      </w:r>
      <w:r w:rsidRPr="00DD67C6">
        <w:rPr>
          <w:rFonts w:asciiTheme="majorHAnsi" w:eastAsia="Arial" w:hAnsiTheme="majorHAnsi" w:cstheme="majorHAnsi"/>
          <w:lang w:val="hu-HU"/>
        </w:rPr>
        <w:t>A csapat nevében hivatalos nyilatkozatot kizárólag olyan</w:t>
      </w:r>
      <w:r w:rsidR="00EB59A7" w:rsidRPr="00DD67C6">
        <w:rPr>
          <w:rFonts w:asciiTheme="majorHAnsi" w:eastAsia="Arial" w:hAnsiTheme="majorHAnsi" w:cstheme="majorHAnsi"/>
          <w:lang w:val="hu-HU"/>
        </w:rPr>
        <w:t xml:space="preserve"> személy</w:t>
      </w:r>
      <w:r w:rsidRPr="00DD67C6">
        <w:rPr>
          <w:rFonts w:asciiTheme="majorHAnsi" w:eastAsia="Arial" w:hAnsiTheme="majorHAnsi" w:cstheme="majorHAnsi"/>
          <w:lang w:val="hu-HU"/>
        </w:rPr>
        <w:t xml:space="preserve"> tehet, aki jelen Megállapodást aláírta, és az abban foglaltakat magára nézve kötelezőnek ismeri el. A jelen pont nem korlátozza az MCSZ-t abban, hogy a saját nevében, saját hatáskörében az Élsport Programról, a csapatról vagy a versenyeredményekről hivatalos tájékoztatást adjon.</w:t>
      </w:r>
    </w:p>
    <w:p w14:paraId="77C41A2C" w14:textId="77777777" w:rsidR="001E5C51" w:rsidRPr="00DD67C6" w:rsidRDefault="00000000">
      <w:pPr>
        <w:spacing w:after="120" w:line="240" w:lineRule="auto"/>
        <w:ind w:left="425" w:hanging="425"/>
        <w:jc w:val="both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 xml:space="preserve">10. </w:t>
      </w:r>
      <w:r w:rsidRPr="00DD67C6">
        <w:rPr>
          <w:rFonts w:asciiTheme="majorHAnsi" w:eastAsia="Arial" w:hAnsiTheme="majorHAnsi" w:cstheme="majorHAnsi"/>
          <w:lang w:val="hu-HU"/>
        </w:rPr>
        <w:t>Az Élsport Program keretében kezelt bizalmas személyes, egészségügyi vagy teljesítménydiagnosztikai adatok – így különösen a magasságra, testsúlyra, testösszetételre vagy egyéb diagnosztikai eredményre vonatkozó adatok – harmadik fél részére nem adhatók ki és nyilvánosan nem tehetők közzé az érintett Sportoló előzetes, kifejezett hozzájárulása nélkül.</w:t>
      </w:r>
    </w:p>
    <w:p w14:paraId="392CFC07" w14:textId="77777777" w:rsidR="001E5C51" w:rsidRPr="00DD67C6" w:rsidRDefault="00000000">
      <w:pPr>
        <w:spacing w:after="120" w:line="240" w:lineRule="auto"/>
        <w:ind w:left="425" w:hanging="425"/>
        <w:jc w:val="both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 xml:space="preserve">11. </w:t>
      </w:r>
      <w:r w:rsidRPr="00DD67C6">
        <w:rPr>
          <w:rFonts w:asciiTheme="majorHAnsi" w:eastAsia="Arial" w:hAnsiTheme="majorHAnsi" w:cstheme="majorHAnsi"/>
          <w:lang w:val="hu-HU"/>
        </w:rPr>
        <w:t xml:space="preserve">Amennyiben valamely Sportoló a jelen Megállapodásban, illetve az Élsport Programban rögzített kommunikációs vagy promóciós kötelezettségeit bizonyíthatóan és ismételten nem teljesíti, a Sport- és Koordinációs Iroda a Sportolót a hiányosság pótlására figyelmezteti. Ha a Sportoló az ismételt </w:t>
      </w:r>
      <w:r w:rsidRPr="00DD67C6">
        <w:rPr>
          <w:rFonts w:asciiTheme="majorHAnsi" w:eastAsia="Arial" w:hAnsiTheme="majorHAnsi" w:cstheme="majorHAnsi"/>
          <w:lang w:val="hu-HU"/>
        </w:rPr>
        <w:lastRenderedPageBreak/>
        <w:t>felszólítás ellenére sem tesz eleget kötelezettségének, az MCSZ az Élsport Program és a Sportolóval kötött sportolói szerződés szerinti jogkövetkezményeket alkalmazhatja, ideértve – az ott rögzített feltételek fennállása esetén – a Programból történő kizárást és a támogatás megvonását is.</w:t>
      </w:r>
    </w:p>
    <w:p w14:paraId="0DCD5DB5" w14:textId="77777777" w:rsidR="001E5C51" w:rsidRPr="00DD67C6" w:rsidRDefault="00000000">
      <w:pPr>
        <w:spacing w:after="120" w:line="240" w:lineRule="auto"/>
        <w:ind w:left="425" w:hanging="425"/>
        <w:jc w:val="both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b/>
          <w:lang w:val="hu-HU"/>
        </w:rPr>
        <w:t xml:space="preserve">12. </w:t>
      </w:r>
      <w:r w:rsidRPr="00DD67C6">
        <w:rPr>
          <w:rFonts w:asciiTheme="majorHAnsi" w:eastAsia="Arial" w:hAnsiTheme="majorHAnsi" w:cstheme="majorHAnsi"/>
          <w:lang w:val="hu-HU"/>
        </w:rPr>
        <w:t>Jelen Megállapodás az aláírás napján lép hatályba, és addig marad hatályban, amíg az érintett Sportolók Élsport Programban fennálló támogatotti jogviszonya tart. A jogviszony megszűnésével jelen Megállapodás is megszűnik, kivéve azokat a rendelkezéseket, amelyek természetüknél fogva a megszűnést követően is alkalmazandók.</w:t>
      </w:r>
    </w:p>
    <w:p w14:paraId="36C98BFF" w14:textId="77777777" w:rsidR="001E5C51" w:rsidRPr="00DD67C6" w:rsidRDefault="00000000" w:rsidP="004D7BD3">
      <w:pPr>
        <w:spacing w:before="160" w:after="240"/>
        <w:jc w:val="both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i/>
          <w:lang w:val="hu-HU"/>
        </w:rPr>
        <w:t>Jelen Megállapodást a Felek kölcsönös áttanulmányozás és értelmezés után, mint akaratukkal mindenben megegyezőt, jóváhagyólag aláírják.</w:t>
      </w:r>
    </w:p>
    <w:p w14:paraId="7F024DFD" w14:textId="77777777" w:rsidR="00470366" w:rsidRDefault="00470366">
      <w:pPr>
        <w:spacing w:after="360"/>
        <w:rPr>
          <w:rFonts w:asciiTheme="majorHAnsi" w:eastAsia="Arial" w:hAnsiTheme="majorHAnsi" w:cstheme="majorHAnsi"/>
          <w:lang w:val="hu-HU"/>
        </w:rPr>
      </w:pPr>
    </w:p>
    <w:p w14:paraId="6D0C8F8C" w14:textId="5F9C01EA" w:rsidR="001E5C51" w:rsidRDefault="00000000">
      <w:pPr>
        <w:spacing w:after="360"/>
        <w:rPr>
          <w:rFonts w:asciiTheme="majorHAnsi" w:eastAsia="Arial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lang w:val="hu-HU"/>
        </w:rPr>
        <w:t>Kelt: Budapest, 2026. __________________</w:t>
      </w:r>
    </w:p>
    <w:p w14:paraId="61C54352" w14:textId="77777777" w:rsidR="0022047A" w:rsidRPr="00DD67C6" w:rsidRDefault="0022047A">
      <w:pPr>
        <w:spacing w:after="360"/>
        <w:rPr>
          <w:rFonts w:asciiTheme="majorHAnsi" w:hAnsiTheme="majorHAnsi" w:cstheme="majorHAnsi"/>
          <w:lang w:val="hu-H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2"/>
        <w:gridCol w:w="4252"/>
      </w:tblGrid>
      <w:tr w:rsidR="001E5C51" w:rsidRPr="00DD67C6" w14:paraId="55F8F40F" w14:textId="77777777">
        <w:trPr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BECDE" w14:textId="77777777" w:rsidR="001E5C51" w:rsidRPr="00DD67C6" w:rsidRDefault="00000000">
            <w:pPr>
              <w:spacing w:before="440" w:after="40"/>
              <w:jc w:val="center"/>
              <w:rPr>
                <w:rFonts w:asciiTheme="majorHAnsi" w:hAnsiTheme="majorHAnsi" w:cstheme="majorHAnsi"/>
                <w:lang w:val="hu-HU"/>
              </w:rPr>
            </w:pPr>
            <w:r w:rsidRPr="00DD67C6">
              <w:rPr>
                <w:rFonts w:asciiTheme="majorHAnsi" w:eastAsia="Arial" w:hAnsiTheme="majorHAnsi" w:cstheme="majorHAnsi"/>
                <w:lang w:val="hu-HU"/>
              </w:rPr>
              <w:t>……………………………………</w:t>
            </w:r>
          </w:p>
          <w:p w14:paraId="16EAAFA2" w14:textId="77777777" w:rsidR="001E5C51" w:rsidRPr="00DD67C6" w:rsidRDefault="00000000">
            <w:pPr>
              <w:spacing w:after="240"/>
              <w:jc w:val="center"/>
              <w:rPr>
                <w:rFonts w:asciiTheme="majorHAnsi" w:hAnsiTheme="majorHAnsi" w:cstheme="majorHAnsi"/>
                <w:lang w:val="hu-HU"/>
              </w:rPr>
            </w:pPr>
            <w:r w:rsidRPr="00DD67C6">
              <w:rPr>
                <w:rFonts w:asciiTheme="majorHAnsi" w:eastAsia="Arial" w:hAnsiTheme="majorHAnsi" w:cstheme="majorHAnsi"/>
                <w:lang w:val="hu-HU"/>
              </w:rPr>
              <w:t>Sportoló 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0890E" w14:textId="77777777" w:rsidR="001E5C51" w:rsidRPr="00DD67C6" w:rsidRDefault="00000000">
            <w:pPr>
              <w:spacing w:before="440" w:after="40"/>
              <w:jc w:val="center"/>
              <w:rPr>
                <w:rFonts w:asciiTheme="majorHAnsi" w:hAnsiTheme="majorHAnsi" w:cstheme="majorHAnsi"/>
                <w:lang w:val="hu-HU"/>
              </w:rPr>
            </w:pPr>
            <w:r w:rsidRPr="00DD67C6">
              <w:rPr>
                <w:rFonts w:asciiTheme="majorHAnsi" w:eastAsia="Arial" w:hAnsiTheme="majorHAnsi" w:cstheme="majorHAnsi"/>
                <w:lang w:val="hu-HU"/>
              </w:rPr>
              <w:t>……………………………………</w:t>
            </w:r>
          </w:p>
          <w:p w14:paraId="4676C88F" w14:textId="77777777" w:rsidR="001E5C51" w:rsidRPr="00DD67C6" w:rsidRDefault="00000000">
            <w:pPr>
              <w:spacing w:after="240"/>
              <w:jc w:val="center"/>
              <w:rPr>
                <w:rFonts w:asciiTheme="majorHAnsi" w:hAnsiTheme="majorHAnsi" w:cstheme="majorHAnsi"/>
                <w:lang w:val="hu-HU"/>
              </w:rPr>
            </w:pPr>
            <w:r w:rsidRPr="00DD67C6">
              <w:rPr>
                <w:rFonts w:asciiTheme="majorHAnsi" w:eastAsia="Arial" w:hAnsiTheme="majorHAnsi" w:cstheme="majorHAnsi"/>
                <w:lang w:val="hu-HU"/>
              </w:rPr>
              <w:t>Sportoló 2</w:t>
            </w:r>
          </w:p>
        </w:tc>
      </w:tr>
      <w:tr w:rsidR="001E5C51" w:rsidRPr="00DD67C6" w14:paraId="28FB30AE" w14:textId="77777777">
        <w:trPr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7C2AF" w14:textId="77777777" w:rsidR="001E5C51" w:rsidRPr="00DD67C6" w:rsidRDefault="00000000">
            <w:pPr>
              <w:spacing w:before="440" w:after="40"/>
              <w:jc w:val="center"/>
              <w:rPr>
                <w:rFonts w:asciiTheme="majorHAnsi" w:hAnsiTheme="majorHAnsi" w:cstheme="majorHAnsi"/>
                <w:lang w:val="hu-HU"/>
              </w:rPr>
            </w:pPr>
            <w:r w:rsidRPr="00DD67C6">
              <w:rPr>
                <w:rFonts w:asciiTheme="majorHAnsi" w:eastAsia="Arial" w:hAnsiTheme="majorHAnsi" w:cstheme="majorHAnsi"/>
                <w:lang w:val="hu-HU"/>
              </w:rPr>
              <w:t>……………………………………</w:t>
            </w:r>
          </w:p>
          <w:p w14:paraId="06B4883F" w14:textId="7AA774BF" w:rsidR="001E5C51" w:rsidRPr="00DD67C6" w:rsidRDefault="00000000">
            <w:pPr>
              <w:spacing w:after="240"/>
              <w:jc w:val="center"/>
              <w:rPr>
                <w:rFonts w:asciiTheme="majorHAnsi" w:hAnsiTheme="majorHAnsi" w:cstheme="majorHAnsi"/>
                <w:lang w:val="hu-HU"/>
              </w:rPr>
            </w:pPr>
            <w:r w:rsidRPr="00DD67C6">
              <w:rPr>
                <w:rFonts w:asciiTheme="majorHAnsi" w:eastAsia="Arial" w:hAnsiTheme="majorHAnsi" w:cstheme="majorHAnsi"/>
                <w:lang w:val="hu-HU"/>
              </w:rPr>
              <w:t>Edző</w:t>
            </w:r>
            <w:r w:rsidR="00505CF9">
              <w:rPr>
                <w:rFonts w:asciiTheme="majorHAnsi" w:eastAsia="Arial" w:hAnsiTheme="majorHAnsi" w:cstheme="majorHAnsi"/>
                <w:lang w:val="hu-HU"/>
              </w:rPr>
              <w:t xml:space="preserve"> 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B961A" w14:textId="77777777" w:rsidR="001E5C51" w:rsidRPr="00DD67C6" w:rsidRDefault="00000000">
            <w:pPr>
              <w:spacing w:before="440" w:after="40"/>
              <w:jc w:val="center"/>
              <w:rPr>
                <w:rFonts w:asciiTheme="majorHAnsi" w:hAnsiTheme="majorHAnsi" w:cstheme="majorHAnsi"/>
                <w:lang w:val="hu-HU"/>
              </w:rPr>
            </w:pPr>
            <w:r w:rsidRPr="00DD67C6">
              <w:rPr>
                <w:rFonts w:asciiTheme="majorHAnsi" w:eastAsia="Arial" w:hAnsiTheme="majorHAnsi" w:cstheme="majorHAnsi"/>
                <w:lang w:val="hu-HU"/>
              </w:rPr>
              <w:t>……………………………………</w:t>
            </w:r>
          </w:p>
          <w:p w14:paraId="411A4CA5" w14:textId="4D06CC40" w:rsidR="001E5C51" w:rsidRPr="00DD67C6" w:rsidRDefault="00505CF9">
            <w:pPr>
              <w:spacing w:after="240"/>
              <w:jc w:val="center"/>
              <w:rPr>
                <w:rFonts w:asciiTheme="majorHAnsi" w:hAnsiTheme="majorHAnsi" w:cstheme="majorHAnsi"/>
                <w:lang w:val="hu-HU"/>
              </w:rPr>
            </w:pPr>
            <w:r>
              <w:rPr>
                <w:rFonts w:asciiTheme="majorHAnsi" w:eastAsia="Arial" w:hAnsiTheme="majorHAnsi" w:cstheme="majorHAnsi"/>
                <w:lang w:val="hu-HU"/>
              </w:rPr>
              <w:t>Edző 2</w:t>
            </w:r>
          </w:p>
        </w:tc>
      </w:tr>
    </w:tbl>
    <w:p w14:paraId="75BFC5C1" w14:textId="77777777" w:rsidR="00DD67C6" w:rsidRPr="00DD67C6" w:rsidRDefault="00DD67C6" w:rsidP="00505CF9">
      <w:pPr>
        <w:spacing w:before="440" w:after="40"/>
        <w:ind w:left="1440"/>
        <w:jc w:val="both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lang w:val="hu-HU"/>
        </w:rPr>
        <w:t>……………………………………</w:t>
      </w:r>
    </w:p>
    <w:p w14:paraId="47875BC7" w14:textId="591286C1" w:rsidR="005765CA" w:rsidRPr="00DD67C6" w:rsidRDefault="00DD67C6" w:rsidP="00505CF9">
      <w:pPr>
        <w:ind w:left="1440"/>
        <w:jc w:val="both"/>
        <w:rPr>
          <w:rFonts w:asciiTheme="majorHAnsi" w:hAnsiTheme="majorHAnsi" w:cstheme="majorHAnsi"/>
          <w:lang w:val="hu-HU"/>
        </w:rPr>
      </w:pPr>
      <w:r w:rsidRPr="00DD67C6">
        <w:rPr>
          <w:rFonts w:asciiTheme="majorHAnsi" w:eastAsia="Arial" w:hAnsiTheme="majorHAnsi" w:cstheme="majorHAnsi"/>
          <w:lang w:val="hu-HU"/>
        </w:rPr>
        <w:t>Magyar Curling Szövetség</w:t>
      </w:r>
    </w:p>
    <w:sectPr w:rsidR="005765CA" w:rsidRPr="00DD67C6" w:rsidSect="00470366">
      <w:footerReference w:type="default" r:id="rId8"/>
      <w:pgSz w:w="12240" w:h="15840"/>
      <w:pgMar w:top="1276" w:right="1417" w:bottom="1276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A50BB" w14:textId="77777777" w:rsidR="00A25831" w:rsidRDefault="00A25831">
      <w:pPr>
        <w:spacing w:after="0" w:line="240" w:lineRule="auto"/>
      </w:pPr>
      <w:r>
        <w:separator/>
      </w:r>
    </w:p>
  </w:endnote>
  <w:endnote w:type="continuationSeparator" w:id="0">
    <w:p w14:paraId="5372124C" w14:textId="77777777" w:rsidR="00A25831" w:rsidRDefault="00A25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BBA6F" w14:textId="77777777" w:rsidR="001E5C51" w:rsidRDefault="00000000">
    <w:pPr>
      <w:pStyle w:val="llb"/>
      <w:jc w:val="center"/>
    </w:pPr>
    <w:r>
      <w:rPr>
        <w:rFonts w:eastAsia="Arial"/>
        <w:sz w:val="18"/>
      </w:rPr>
      <w:fldChar w:fldCharType="begin"/>
    </w:r>
    <w:r>
      <w:rPr>
        <w:rFonts w:eastAsia="Arial"/>
        <w:sz w:val="18"/>
      </w:rPr>
      <w:instrText xml:space="preserve"> PAGE </w:instrText>
    </w:r>
    <w:r>
      <w:rPr>
        <w:rFonts w:eastAsia="Arial"/>
        <w:sz w:val="18"/>
      </w:rPr>
      <w:fldChar w:fldCharType="separate"/>
    </w:r>
    <w:r w:rsidR="00B9078F">
      <w:rPr>
        <w:rFonts w:eastAsia="Arial"/>
        <w:noProof/>
        <w:sz w:val="18"/>
      </w:rPr>
      <w:t>1</w:t>
    </w:r>
    <w:r>
      <w:rPr>
        <w:rFonts w:eastAsia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F53D0" w14:textId="77777777" w:rsidR="00A25831" w:rsidRDefault="00A25831">
      <w:pPr>
        <w:spacing w:after="0" w:line="240" w:lineRule="auto"/>
      </w:pPr>
      <w:r>
        <w:separator/>
      </w:r>
    </w:p>
  </w:footnote>
  <w:footnote w:type="continuationSeparator" w:id="0">
    <w:p w14:paraId="37CF667A" w14:textId="77777777" w:rsidR="00A25831" w:rsidRDefault="00A25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7416672">
    <w:abstractNumId w:val="8"/>
  </w:num>
  <w:num w:numId="2" w16cid:durableId="1281760107">
    <w:abstractNumId w:val="6"/>
  </w:num>
  <w:num w:numId="3" w16cid:durableId="860899813">
    <w:abstractNumId w:val="5"/>
  </w:num>
  <w:num w:numId="4" w16cid:durableId="202837616">
    <w:abstractNumId w:val="4"/>
  </w:num>
  <w:num w:numId="5" w16cid:durableId="1403212323">
    <w:abstractNumId w:val="7"/>
  </w:num>
  <w:num w:numId="6" w16cid:durableId="1237396788">
    <w:abstractNumId w:val="3"/>
  </w:num>
  <w:num w:numId="7" w16cid:durableId="104270928">
    <w:abstractNumId w:val="2"/>
  </w:num>
  <w:num w:numId="8" w16cid:durableId="132061499">
    <w:abstractNumId w:val="1"/>
  </w:num>
  <w:num w:numId="9" w16cid:durableId="1269119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842"/>
    <w:rsid w:val="000E1907"/>
    <w:rsid w:val="00143C56"/>
    <w:rsid w:val="0015074B"/>
    <w:rsid w:val="001E5C51"/>
    <w:rsid w:val="0022047A"/>
    <w:rsid w:val="0029639D"/>
    <w:rsid w:val="002F375A"/>
    <w:rsid w:val="00326F90"/>
    <w:rsid w:val="003A1489"/>
    <w:rsid w:val="00425EF7"/>
    <w:rsid w:val="00470366"/>
    <w:rsid w:val="004C412A"/>
    <w:rsid w:val="004D7BD3"/>
    <w:rsid w:val="00505CF9"/>
    <w:rsid w:val="005765CA"/>
    <w:rsid w:val="005C48E8"/>
    <w:rsid w:val="00607A0A"/>
    <w:rsid w:val="0069674B"/>
    <w:rsid w:val="00702039"/>
    <w:rsid w:val="007C4D2A"/>
    <w:rsid w:val="007E38F3"/>
    <w:rsid w:val="007E7F0F"/>
    <w:rsid w:val="009C3922"/>
    <w:rsid w:val="00A25831"/>
    <w:rsid w:val="00AA1D8D"/>
    <w:rsid w:val="00B10ED2"/>
    <w:rsid w:val="00B47730"/>
    <w:rsid w:val="00B75F97"/>
    <w:rsid w:val="00B8121A"/>
    <w:rsid w:val="00B9078F"/>
    <w:rsid w:val="00CB0664"/>
    <w:rsid w:val="00D05A7F"/>
    <w:rsid w:val="00D827E0"/>
    <w:rsid w:val="00DD67C6"/>
    <w:rsid w:val="00DF6169"/>
    <w:rsid w:val="00EB59A7"/>
    <w:rsid w:val="00F537C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2CE9D"/>
  <w14:defaultImageDpi w14:val="300"/>
  <w15:docId w15:val="{BE9E5322-B8A9-4D8A-BAEA-1270FDFD3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Arial" w:hAnsi="Arial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919</Words>
  <Characters>6342</Characters>
  <Application>Microsoft Office Word</Application>
  <DocSecurity>0</DocSecurity>
  <Lines>52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7247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Bálint Kiss</cp:lastModifiedBy>
  <cp:revision>4</cp:revision>
  <dcterms:created xsi:type="dcterms:W3CDTF">2026-08-31T07:51:00Z</dcterms:created>
  <dcterms:modified xsi:type="dcterms:W3CDTF">2026-09-06T17:35:00Z</dcterms:modified>
  <cp:category/>
</cp:coreProperties>
</file>